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2E09C" w14:textId="77777777" w:rsidR="00BB3A62" w:rsidRDefault="00000000">
      <w:pPr>
        <w:jc w:val="center"/>
      </w:pPr>
      <w:r>
        <w:rPr>
          <w:b/>
          <w:sz w:val="24"/>
        </w:rPr>
        <w:t>AKSHAR MOLECULES GROUP</w:t>
      </w:r>
    </w:p>
    <w:p w14:paraId="76FA3DA6" w14:textId="6F15F6AC" w:rsidR="00BB3A62" w:rsidRDefault="00000000" w:rsidP="00A4215F">
      <w:pPr>
        <w:jc w:val="center"/>
      </w:pPr>
      <w:r>
        <w:rPr>
          <w:b/>
          <w:sz w:val="44"/>
        </w:rPr>
        <w:t>Client Onboarding &amp; Content Requirement Checklist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BB3A62" w14:paraId="444F2A6B" w14:textId="77777777">
        <w:trPr>
          <w:jc w:val="center"/>
        </w:trPr>
        <w:tc>
          <w:tcPr>
            <w:tcW w:w="10224" w:type="dxa"/>
            <w:shd w:val="clear" w:color="auto" w:fill="F2F2F2"/>
            <w:vAlign w:val="center"/>
          </w:tcPr>
          <w:p w14:paraId="791C0DED" w14:textId="77777777" w:rsidR="00BB3A62" w:rsidRDefault="00000000">
            <w:r>
              <w:rPr>
                <w:sz w:val="18"/>
              </w:rPr>
              <w:t>Please share existing materials wherever available. If an item does not exist, please mark it as “Not Available”. For regulated/product claims, the Client remains responsible for accuracy, legality, regulatory compliance and approval of supplied information.</w:t>
            </w:r>
          </w:p>
        </w:tc>
      </w:tr>
    </w:tbl>
    <w:p w14:paraId="2C1B2550" w14:textId="77777777" w:rsidR="00BB3A62" w:rsidRDefault="00BB3A62"/>
    <w:p w14:paraId="28732AC2" w14:textId="77777777" w:rsidR="00BB3A62" w:rsidRDefault="00000000">
      <w:pPr>
        <w:pStyle w:val="Heading1"/>
      </w:pPr>
      <w:r>
        <w:t>1. Company &amp; Business Information</w:t>
      </w:r>
    </w:p>
    <w:p w14:paraId="653C0CE5" w14:textId="77777777" w:rsidR="00BB3A62" w:rsidRDefault="00000000">
      <w:pPr>
        <w:spacing w:after="40"/>
      </w:pPr>
      <w:r>
        <w:rPr>
          <w:b/>
        </w:rPr>
        <w:t xml:space="preserve">☐ </w:t>
      </w:r>
      <w:r>
        <w:t>Legal company name(s) and brand/trade names</w:t>
      </w:r>
      <w:r>
        <w:rPr>
          <w:b/>
        </w:rPr>
        <w:t xml:space="preserve">  [REQUIRED]</w:t>
      </w:r>
    </w:p>
    <w:p w14:paraId="4BC7A4C7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Company overview / About Us information</w:t>
      </w:r>
      <w:r>
        <w:rPr>
          <w:b/>
        </w:rPr>
        <w:t xml:space="preserve">  [REQUIRED]</w:t>
      </w:r>
    </w:p>
    <w:p w14:paraId="45093C3C" w14:textId="77777777" w:rsidR="00BB3A62" w:rsidRDefault="00000000">
      <w:pPr>
        <w:spacing w:after="40"/>
      </w:pPr>
      <w:r>
        <w:rPr>
          <w:b/>
        </w:rPr>
        <w:t xml:space="preserve">☐ </w:t>
      </w:r>
      <w:r>
        <w:t>Year of establishment and company history</w:t>
      </w:r>
      <w:r>
        <w:rPr>
          <w:b/>
        </w:rPr>
        <w:t xml:space="preserve">  [REQUIRED]</w:t>
      </w:r>
    </w:p>
    <w:p w14:paraId="0E58B0C0" w14:textId="77777777" w:rsidR="00BB3A62" w:rsidRDefault="00000000">
      <w:pPr>
        <w:spacing w:after="40"/>
      </w:pPr>
      <w:r>
        <w:rPr>
          <w:b/>
        </w:rPr>
        <w:t xml:space="preserve">☐ </w:t>
      </w:r>
      <w:r>
        <w:t>Registered office and manufacturing facility addresses</w:t>
      </w:r>
      <w:r>
        <w:rPr>
          <w:b/>
        </w:rPr>
        <w:t xml:space="preserve">  [REQUIRED]</w:t>
      </w:r>
    </w:p>
    <w:p w14:paraId="7B817F40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Contact numbers, official email IDs and enquiry email IDs</w:t>
      </w:r>
      <w:r>
        <w:rPr>
          <w:b/>
        </w:rPr>
        <w:t xml:space="preserve">  [REQUIRED]</w:t>
      </w:r>
    </w:p>
    <w:p w14:paraId="31FBC1B9" w14:textId="77777777" w:rsidR="00BB3A62" w:rsidRDefault="00000000">
      <w:pPr>
        <w:spacing w:after="40"/>
      </w:pPr>
      <w:r>
        <w:rPr>
          <w:b/>
        </w:rPr>
        <w:t xml:space="preserve">☐ </w:t>
      </w:r>
      <w:r>
        <w:t>Key management / leadership details and approved profiles</w:t>
      </w:r>
      <w:r>
        <w:rPr>
          <w:b/>
        </w:rPr>
        <w:t xml:space="preserve">  [REQUIRED]</w:t>
      </w:r>
    </w:p>
    <w:p w14:paraId="22439945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Company mission, vision and core values</w:t>
      </w:r>
      <w:r>
        <w:rPr>
          <w:b/>
        </w:rPr>
        <w:t xml:space="preserve">  [REQUIRED]</w:t>
      </w:r>
    </w:p>
    <w:p w14:paraId="165BB559" w14:textId="77777777" w:rsidR="00BB3A62" w:rsidRDefault="00000000">
      <w:pPr>
        <w:spacing w:after="40"/>
      </w:pPr>
      <w:r>
        <w:rPr>
          <w:b/>
        </w:rPr>
        <w:t xml:space="preserve">☐ </w:t>
      </w:r>
      <w:r>
        <w:t>Key differentiators / USPs</w:t>
      </w:r>
      <w:r>
        <w:rPr>
          <w:b/>
        </w:rPr>
        <w:t xml:space="preserve">  [REQUIRED]</w:t>
      </w:r>
    </w:p>
    <w:p w14:paraId="5748E388" w14:textId="77777777" w:rsidR="00BB3A62" w:rsidRDefault="00000000">
      <w:pPr>
        <w:spacing w:after="40"/>
      </w:pPr>
      <w:r>
        <w:rPr>
          <w:b/>
        </w:rPr>
        <w:t xml:space="preserve">☐ </w:t>
      </w:r>
      <w:r>
        <w:t>Manufacturing capabilities and facilities overview</w:t>
      </w:r>
      <w:r>
        <w:rPr>
          <w:b/>
        </w:rPr>
        <w:t xml:space="preserve">  [REQUIRED]</w:t>
      </w:r>
    </w:p>
    <w:p w14:paraId="224DCE32" w14:textId="77777777" w:rsidR="00BB3A62" w:rsidRDefault="00000000">
      <w:pPr>
        <w:spacing w:after="40"/>
      </w:pPr>
      <w:r>
        <w:rPr>
          <w:b/>
        </w:rPr>
        <w:t xml:space="preserve">☐ </w:t>
      </w:r>
      <w:r>
        <w:t>Target markets / countries served</w:t>
      </w:r>
      <w:r>
        <w:rPr>
          <w:b/>
        </w:rPr>
        <w:t xml:space="preserve">  [REQUIRED]</w:t>
      </w:r>
    </w:p>
    <w:p w14:paraId="1DEC1C53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Export markets and geographic focus</w:t>
      </w:r>
      <w:r>
        <w:rPr>
          <w:b/>
        </w:rPr>
        <w:t xml:space="preserve">  [REQUIRED]</w:t>
      </w:r>
    </w:p>
    <w:p w14:paraId="06074C8F" w14:textId="77777777" w:rsidR="00BB3A62" w:rsidRDefault="00000000">
      <w:pPr>
        <w:spacing w:after="40"/>
      </w:pPr>
      <w:r>
        <w:rPr>
          <w:b/>
        </w:rPr>
        <w:t xml:space="preserve">☐ </w:t>
      </w:r>
      <w:r>
        <w:t>Industries / customer segments served</w:t>
      </w:r>
      <w:r>
        <w:rPr>
          <w:b/>
        </w:rPr>
        <w:t xml:space="preserve">  [REQUIRED]</w:t>
      </w:r>
    </w:p>
    <w:p w14:paraId="6110CA76" w14:textId="77777777" w:rsidR="00BB3A62" w:rsidRDefault="00000000">
      <w:pPr>
        <w:spacing w:after="40"/>
      </w:pPr>
      <w:r>
        <w:rPr>
          <w:b/>
        </w:rPr>
        <w:t xml:space="preserve">☐ </w:t>
      </w:r>
      <w:r>
        <w:t>Current business priorities and major growth objectives</w:t>
      </w:r>
      <w:r>
        <w:rPr>
          <w:b/>
        </w:rPr>
        <w:t xml:space="preserve">  [REQUIRED]</w:t>
      </w:r>
    </w:p>
    <w:p w14:paraId="5C33F9C4" w14:textId="77777777" w:rsidR="00BB3A62" w:rsidRDefault="00000000">
      <w:pPr>
        <w:pStyle w:val="Heading1"/>
      </w:pPr>
      <w:r>
        <w:t>2. Brand Assets &amp; Brand Guidelines</w:t>
      </w:r>
    </w:p>
    <w:p w14:paraId="5101B96E" w14:textId="77777777" w:rsidR="00BB3A62" w:rsidRDefault="00000000">
      <w:pPr>
        <w:spacing w:after="40"/>
      </w:pPr>
      <w:r>
        <w:rPr>
          <w:b/>
        </w:rPr>
        <w:t xml:space="preserve">☐ </w:t>
      </w:r>
      <w:r>
        <w:t>Akshar Molecules logo – editable/source file if available (AI/EPS/SVG/CDR) + PNG/JPG</w:t>
      </w:r>
    </w:p>
    <w:p w14:paraId="4A339A03" w14:textId="77777777" w:rsidR="00BB3A62" w:rsidRDefault="00000000">
      <w:pPr>
        <w:spacing w:after="40"/>
      </w:pPr>
      <w:r>
        <w:rPr>
          <w:b/>
        </w:rPr>
        <w:t xml:space="preserve">☐ </w:t>
      </w:r>
      <w:r>
        <w:t>Ritual Drugs logo – editable/source file if available + PNG/JPG</w:t>
      </w:r>
    </w:p>
    <w:p w14:paraId="38A831E4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brand guidelines / brand book</w:t>
      </w:r>
    </w:p>
    <w:p w14:paraId="278ED8A3" w14:textId="77777777" w:rsidR="00BB3A62" w:rsidRDefault="00000000">
      <w:pPr>
        <w:spacing w:after="40"/>
      </w:pPr>
      <w:r>
        <w:rPr>
          <w:b/>
        </w:rPr>
        <w:t xml:space="preserve">☐ </w:t>
      </w:r>
      <w:r>
        <w:t>Brand colours / colour codes</w:t>
      </w:r>
    </w:p>
    <w:p w14:paraId="2E19B2C4" w14:textId="77777777" w:rsidR="00BB3A62" w:rsidRDefault="00000000">
      <w:pPr>
        <w:spacing w:after="40"/>
      </w:pPr>
      <w:r>
        <w:rPr>
          <w:b/>
        </w:rPr>
        <w:t xml:space="preserve">☐ </w:t>
      </w:r>
      <w:r>
        <w:t>Approved fonts / typography</w:t>
      </w:r>
    </w:p>
    <w:p w14:paraId="2AEBE2F8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brand icons, patterns, graphic elements</w:t>
      </w:r>
    </w:p>
    <w:p w14:paraId="366F0ECC" w14:textId="77777777" w:rsidR="00BB3A62" w:rsidRDefault="00000000">
      <w:pPr>
        <w:spacing w:after="40"/>
      </w:pPr>
      <w:r>
        <w:rPr>
          <w:b/>
        </w:rPr>
        <w:t xml:space="preserve">☐ </w:t>
      </w:r>
      <w:r>
        <w:t>Approved company / brand taglines</w:t>
      </w:r>
    </w:p>
    <w:p w14:paraId="5D97859E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brochures, presentations, company profiles and catalogues</w:t>
      </w:r>
    </w:p>
    <w:p w14:paraId="18EDF29D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social media creative templates, if any</w:t>
      </w:r>
    </w:p>
    <w:p w14:paraId="7B81404E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Examples of designs or competitor websites the client likes (optional)</w:t>
      </w:r>
    </w:p>
    <w:p w14:paraId="288CF749" w14:textId="77777777" w:rsidR="00BB3A62" w:rsidRDefault="00000000">
      <w:pPr>
        <w:pStyle w:val="Heading1"/>
      </w:pPr>
      <w:r>
        <w:t>3. Product Information – Both Brands</w:t>
      </w:r>
    </w:p>
    <w:p w14:paraId="42F7643E" w14:textId="77777777" w:rsidR="00BB3A62" w:rsidRDefault="00000000">
      <w:r>
        <w:t>Please provide product information in an editable Excel/Word format wherever possible.</w:t>
      </w:r>
    </w:p>
    <w:p w14:paraId="27CD6542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Complete product list / product catalogue</w:t>
      </w:r>
      <w:r>
        <w:rPr>
          <w:b/>
        </w:rPr>
        <w:t xml:space="preserve">  [REQUIRED]</w:t>
      </w:r>
    </w:p>
    <w:p w14:paraId="0DB25A70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names and product categories</w:t>
      </w:r>
      <w:r>
        <w:rPr>
          <w:b/>
        </w:rPr>
        <w:t xml:space="preserve">  [REQUIRED]</w:t>
      </w:r>
    </w:p>
    <w:p w14:paraId="0E443CC7" w14:textId="77777777" w:rsidR="00BB3A62" w:rsidRDefault="00000000">
      <w:pPr>
        <w:spacing w:after="40"/>
      </w:pPr>
      <w:r>
        <w:rPr>
          <w:b/>
        </w:rPr>
        <w:lastRenderedPageBreak/>
        <w:t xml:space="preserve">☐ </w:t>
      </w:r>
      <w:r>
        <w:t>Product descriptions</w:t>
      </w:r>
      <w:r>
        <w:rPr>
          <w:b/>
        </w:rPr>
        <w:t xml:space="preserve">  [REQUIRED]</w:t>
      </w:r>
    </w:p>
    <w:p w14:paraId="6ADC59B5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applications / end uses</w:t>
      </w:r>
      <w:r>
        <w:rPr>
          <w:b/>
        </w:rPr>
        <w:t xml:space="preserve">  [REQUIRED]</w:t>
      </w:r>
    </w:p>
    <w:p w14:paraId="226A7688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specifications / technical data sheets</w:t>
      </w:r>
      <w:r>
        <w:rPr>
          <w:b/>
        </w:rPr>
        <w:t xml:space="preserve">  [REQUIRED]</w:t>
      </w:r>
    </w:p>
    <w:p w14:paraId="695209F5" w14:textId="77777777" w:rsidR="00BB3A62" w:rsidRDefault="00000000">
      <w:pPr>
        <w:spacing w:after="40"/>
      </w:pPr>
      <w:r>
        <w:rPr>
          <w:b/>
        </w:rPr>
        <w:t xml:space="preserve">☐ </w:t>
      </w:r>
      <w:r>
        <w:t>Grades / variants / strengths / pack sizes, where applicable</w:t>
      </w:r>
      <w:r>
        <w:rPr>
          <w:b/>
        </w:rPr>
        <w:t xml:space="preserve">  [REQUIRED]</w:t>
      </w:r>
    </w:p>
    <w:p w14:paraId="1F3C476B" w14:textId="77777777" w:rsidR="00BB3A62" w:rsidRDefault="00000000">
      <w:pPr>
        <w:spacing w:after="40"/>
      </w:pPr>
      <w:r>
        <w:rPr>
          <w:b/>
        </w:rPr>
        <w:t xml:space="preserve">☐ </w:t>
      </w:r>
      <w:r>
        <w:t xml:space="preserve">Packaging information, if approved for </w:t>
      </w:r>
      <w:proofErr w:type="gramStart"/>
      <w:r>
        <w:t>publication</w:t>
      </w:r>
      <w:r>
        <w:rPr>
          <w:b/>
        </w:rPr>
        <w:t xml:space="preserve">  [</w:t>
      </w:r>
      <w:proofErr w:type="gramEnd"/>
      <w:r>
        <w:rPr>
          <w:b/>
        </w:rPr>
        <w:t>REQUIRED]</w:t>
      </w:r>
    </w:p>
    <w:p w14:paraId="668C8FE3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images / pack shots</w:t>
      </w:r>
      <w:r>
        <w:rPr>
          <w:b/>
        </w:rPr>
        <w:t xml:space="preserve">  [REQUIRED]</w:t>
      </w:r>
    </w:p>
    <w:p w14:paraId="3978E443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brochures / PDFs / technical documents</w:t>
      </w:r>
      <w:r>
        <w:rPr>
          <w:b/>
        </w:rPr>
        <w:t xml:space="preserve">  [REQUIRED]</w:t>
      </w:r>
    </w:p>
    <w:p w14:paraId="6DD9AE49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certifications / quality documents</w:t>
      </w:r>
      <w:r>
        <w:rPr>
          <w:b/>
        </w:rPr>
        <w:t xml:space="preserve">  [REQUIRED]</w:t>
      </w:r>
    </w:p>
    <w:p w14:paraId="53001F74" w14:textId="77777777" w:rsidR="00BB3A62" w:rsidRDefault="00000000">
      <w:pPr>
        <w:spacing w:after="40"/>
      </w:pPr>
      <w:r>
        <w:rPr>
          <w:b/>
        </w:rPr>
        <w:t xml:space="preserve">☐ </w:t>
      </w:r>
      <w:r>
        <w:t>Approved product claims and marketing statements</w:t>
      </w:r>
      <w:r>
        <w:rPr>
          <w:b/>
        </w:rPr>
        <w:t xml:space="preserve">  [REQUIRED]</w:t>
      </w:r>
    </w:p>
    <w:p w14:paraId="55E82979" w14:textId="77777777" w:rsidR="00BB3A62" w:rsidRDefault="00000000">
      <w:pPr>
        <w:pStyle w:val="Heading1"/>
      </w:pPr>
      <w:r>
        <w:t>4. Certifications, Compliance &amp; Trust Information</w:t>
      </w:r>
    </w:p>
    <w:p w14:paraId="468BF554" w14:textId="77777777" w:rsidR="00BB3A62" w:rsidRDefault="00000000">
      <w:pPr>
        <w:spacing w:after="40"/>
      </w:pPr>
      <w:r>
        <w:rPr>
          <w:b/>
        </w:rPr>
        <w:t xml:space="preserve">☐ </w:t>
      </w:r>
      <w:r>
        <w:t>All relevant company certifications</w:t>
      </w:r>
    </w:p>
    <w:p w14:paraId="024F605A" w14:textId="77777777" w:rsidR="00BB3A62" w:rsidRDefault="00000000">
      <w:pPr>
        <w:spacing w:after="40"/>
      </w:pPr>
      <w:r>
        <w:rPr>
          <w:b/>
        </w:rPr>
        <w:t xml:space="preserve">☐ </w:t>
      </w:r>
      <w:r>
        <w:t>Quality certifications and certificates</w:t>
      </w:r>
    </w:p>
    <w:p w14:paraId="3A2FFF17" w14:textId="77777777" w:rsidR="00BB3A62" w:rsidRDefault="00000000">
      <w:pPr>
        <w:spacing w:after="40"/>
      </w:pPr>
      <w:r>
        <w:rPr>
          <w:b/>
        </w:rPr>
        <w:t xml:space="preserve">☐ </w:t>
      </w:r>
      <w:r>
        <w:t>Manufacturing / facility certifications</w:t>
      </w:r>
    </w:p>
    <w:p w14:paraId="5E59D725" w14:textId="77777777" w:rsidR="00BB3A62" w:rsidRDefault="00000000">
      <w:pPr>
        <w:spacing w:after="40"/>
      </w:pPr>
      <w:r>
        <w:rPr>
          <w:b/>
        </w:rPr>
        <w:t xml:space="preserve">☐ </w:t>
      </w:r>
      <w:r>
        <w:t>Regulatory approvals or registrations that may be displayed publicly</w:t>
      </w:r>
    </w:p>
    <w:p w14:paraId="379F835A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Export-related certifications / registrations, where applicable</w:t>
      </w:r>
    </w:p>
    <w:p w14:paraId="7D7EF686" w14:textId="77777777" w:rsidR="00BB3A62" w:rsidRDefault="00000000">
      <w:pPr>
        <w:spacing w:after="40"/>
      </w:pPr>
      <w:r>
        <w:rPr>
          <w:b/>
        </w:rPr>
        <w:t xml:space="preserve">☐ </w:t>
      </w:r>
      <w:r>
        <w:t>Accreditations, memberships and industry associations</w:t>
      </w:r>
    </w:p>
    <w:p w14:paraId="32F13F5A" w14:textId="77777777" w:rsidR="00BB3A62" w:rsidRDefault="00000000">
      <w:pPr>
        <w:spacing w:after="40"/>
      </w:pPr>
      <w:r>
        <w:rPr>
          <w:b/>
        </w:rPr>
        <w:t xml:space="preserve">☐ </w:t>
      </w:r>
      <w:r>
        <w:t>Any regulatory wording or disclaimers that must appear on the websites/social media</w:t>
      </w:r>
    </w:p>
    <w:p w14:paraId="6C18229B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Confirmation of which certificates/documents are current and valid</w:t>
      </w:r>
    </w:p>
    <w:p w14:paraId="74F47603" w14:textId="77777777" w:rsidR="00BB3A62" w:rsidRDefault="00000000">
      <w:pPr>
        <w:pStyle w:val="Heading1"/>
      </w:pPr>
      <w:r>
        <w:t>5. Website Content &amp; Website Inputs</w:t>
      </w:r>
    </w:p>
    <w:p w14:paraId="61604BE5" w14:textId="77777777" w:rsidR="00BB3A62" w:rsidRDefault="00000000">
      <w:r>
        <w:t>Required separately for Akshar Molecules and Ritual Drugs wherever the information differs.</w:t>
      </w:r>
    </w:p>
    <w:p w14:paraId="464C854E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Preferred website domain(s) and domain ownership details</w:t>
      </w:r>
      <w:r>
        <w:rPr>
          <w:b/>
        </w:rPr>
        <w:t xml:space="preserve">  [REQUIRED]</w:t>
      </w:r>
    </w:p>
    <w:p w14:paraId="5D9B9790" w14:textId="77777777" w:rsidR="00BB3A62" w:rsidRDefault="00000000">
      <w:pPr>
        <w:spacing w:after="40"/>
      </w:pPr>
      <w:r>
        <w:rPr>
          <w:b/>
        </w:rPr>
        <w:t xml:space="preserve">☐ </w:t>
      </w:r>
      <w:r>
        <w:t xml:space="preserve">Complete About / Company profile </w:t>
      </w:r>
      <w:proofErr w:type="gramStart"/>
      <w:r>
        <w:t>content</w:t>
      </w:r>
      <w:r>
        <w:rPr>
          <w:b/>
        </w:rPr>
        <w:t xml:space="preserve">  [</w:t>
      </w:r>
      <w:proofErr w:type="gramEnd"/>
      <w:r>
        <w:rPr>
          <w:b/>
        </w:rPr>
        <w:t>REQUIRED]</w:t>
      </w:r>
    </w:p>
    <w:p w14:paraId="35125D0B" w14:textId="77777777" w:rsidR="00BB3A62" w:rsidRDefault="00000000">
      <w:pPr>
        <w:spacing w:after="40"/>
      </w:pPr>
      <w:r>
        <w:rPr>
          <w:b/>
        </w:rPr>
        <w:t xml:space="preserve">☐ </w:t>
      </w:r>
      <w:r>
        <w:t>Manufacturing / infrastructure content</w:t>
      </w:r>
      <w:r>
        <w:rPr>
          <w:b/>
        </w:rPr>
        <w:t xml:space="preserve">  [REQUIRED]</w:t>
      </w:r>
    </w:p>
    <w:p w14:paraId="1C88458A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category content</w:t>
      </w:r>
      <w:r>
        <w:rPr>
          <w:b/>
        </w:rPr>
        <w:t xml:space="preserve">  [REQUIRED]</w:t>
      </w:r>
    </w:p>
    <w:p w14:paraId="32E0911B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Product-wise content and technical documents</w:t>
      </w:r>
      <w:r>
        <w:rPr>
          <w:b/>
        </w:rPr>
        <w:t xml:space="preserve">  [REQUIRED]</w:t>
      </w:r>
    </w:p>
    <w:p w14:paraId="6C2B87B5" w14:textId="77777777" w:rsidR="00BB3A62" w:rsidRDefault="00000000">
      <w:pPr>
        <w:spacing w:after="40"/>
      </w:pPr>
      <w:r>
        <w:rPr>
          <w:b/>
        </w:rPr>
        <w:t xml:space="preserve">☐ </w:t>
      </w:r>
      <w:r>
        <w:t>Certifications page content and certificates</w:t>
      </w:r>
      <w:r>
        <w:rPr>
          <w:b/>
        </w:rPr>
        <w:t xml:space="preserve">  [REQUIRED]</w:t>
      </w:r>
    </w:p>
    <w:p w14:paraId="5D020EDB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Export / global presence content</w:t>
      </w:r>
      <w:r>
        <w:rPr>
          <w:b/>
        </w:rPr>
        <w:t xml:space="preserve">  [REQUIRED]</w:t>
      </w:r>
    </w:p>
    <w:p w14:paraId="3300DB2D" w14:textId="77777777" w:rsidR="00BB3A62" w:rsidRDefault="00000000">
      <w:pPr>
        <w:spacing w:after="40"/>
      </w:pPr>
      <w:r>
        <w:rPr>
          <w:b/>
        </w:rPr>
        <w:t xml:space="preserve">☐ </w:t>
      </w:r>
      <w:r>
        <w:t>Industries served</w:t>
      </w:r>
      <w:r>
        <w:rPr>
          <w:b/>
        </w:rPr>
        <w:t xml:space="preserve">  [REQUIRED]</w:t>
      </w:r>
    </w:p>
    <w:p w14:paraId="42E50B3D" w14:textId="77777777" w:rsidR="00BB3A62" w:rsidRDefault="00000000">
      <w:pPr>
        <w:spacing w:after="40"/>
      </w:pPr>
      <w:r>
        <w:rPr>
          <w:b/>
        </w:rPr>
        <w:t xml:space="preserve">☐ </w:t>
      </w:r>
      <w:r>
        <w:t>Applications / use-case information</w:t>
      </w:r>
      <w:r>
        <w:rPr>
          <w:b/>
        </w:rPr>
        <w:t xml:space="preserve">  [REQUIRED]</w:t>
      </w:r>
    </w:p>
    <w:p w14:paraId="67ECFE59" w14:textId="77777777" w:rsidR="00BB3A62" w:rsidRDefault="00000000">
      <w:pPr>
        <w:spacing w:after="40"/>
      </w:pPr>
      <w:r>
        <w:rPr>
          <w:b/>
        </w:rPr>
        <w:t xml:space="preserve">☐ </w:t>
      </w:r>
      <w:r>
        <w:t>Careers information and current openings</w:t>
      </w:r>
      <w:r>
        <w:rPr>
          <w:b/>
        </w:rPr>
        <w:t xml:space="preserve">  [REQUIRED]</w:t>
      </w:r>
    </w:p>
    <w:p w14:paraId="09E67859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Contact details and enquiry routing preferences</w:t>
      </w:r>
      <w:r>
        <w:rPr>
          <w:b/>
        </w:rPr>
        <w:t xml:space="preserve">  [REQUIRED]</w:t>
      </w:r>
    </w:p>
    <w:p w14:paraId="69A3A3E7" w14:textId="77777777" w:rsidR="00BB3A62" w:rsidRDefault="00000000">
      <w:pPr>
        <w:spacing w:after="40"/>
      </w:pPr>
      <w:r>
        <w:rPr>
          <w:b/>
        </w:rPr>
        <w:t xml:space="preserve">☐ </w:t>
      </w:r>
      <w:r>
        <w:t>Brochures / downloadable PDFs</w:t>
      </w:r>
      <w:r>
        <w:rPr>
          <w:b/>
        </w:rPr>
        <w:t xml:space="preserve">  [REQUIRED]</w:t>
      </w:r>
    </w:p>
    <w:p w14:paraId="45D3D040" w14:textId="77777777" w:rsidR="00BB3A62" w:rsidRDefault="00000000">
      <w:pPr>
        <w:spacing w:after="40"/>
      </w:pPr>
      <w:r>
        <w:rPr>
          <w:b/>
        </w:rPr>
        <w:t xml:space="preserve">☐ </w:t>
      </w:r>
      <w:r>
        <w:t>Blog topics / existing articles / technical articles</w:t>
      </w:r>
      <w:r>
        <w:rPr>
          <w:b/>
        </w:rPr>
        <w:t xml:space="preserve">  [REQUIRED]</w:t>
      </w:r>
    </w:p>
    <w:p w14:paraId="69E90056" w14:textId="77777777" w:rsidR="00BB3A62" w:rsidRDefault="00000000">
      <w:pPr>
        <w:spacing w:after="40"/>
      </w:pPr>
      <w:r>
        <w:rPr>
          <w:b/>
        </w:rPr>
        <w:t xml:space="preserve">☐ </w:t>
      </w:r>
      <w:r>
        <w:t>Media / news / press releases</w:t>
      </w:r>
      <w:r>
        <w:rPr>
          <w:b/>
        </w:rPr>
        <w:t xml:space="preserve">  [REQUIRED]</w:t>
      </w:r>
    </w:p>
    <w:p w14:paraId="2ABEE252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Company photographs</w:t>
      </w:r>
      <w:r>
        <w:rPr>
          <w:b/>
        </w:rPr>
        <w:t xml:space="preserve">  [REQUIRED]</w:t>
      </w:r>
    </w:p>
    <w:p w14:paraId="77FD4006" w14:textId="77777777" w:rsidR="00BB3A62" w:rsidRDefault="00000000">
      <w:pPr>
        <w:spacing w:after="40"/>
      </w:pPr>
      <w:r>
        <w:rPr>
          <w:b/>
        </w:rPr>
        <w:t xml:space="preserve">☐ </w:t>
      </w:r>
      <w:r>
        <w:t>Factory / plant photographs</w:t>
      </w:r>
      <w:r>
        <w:rPr>
          <w:b/>
        </w:rPr>
        <w:t xml:space="preserve">  [REQUIRED]</w:t>
      </w:r>
    </w:p>
    <w:p w14:paraId="498E1705" w14:textId="77777777" w:rsidR="00BB3A62" w:rsidRDefault="00000000">
      <w:pPr>
        <w:spacing w:after="40"/>
      </w:pPr>
      <w:r>
        <w:rPr>
          <w:b/>
        </w:rPr>
        <w:t xml:space="preserve">☐ </w:t>
      </w:r>
      <w:r>
        <w:t>Machinery / production photographs</w:t>
      </w:r>
      <w:r>
        <w:rPr>
          <w:b/>
        </w:rPr>
        <w:t xml:space="preserve">  [REQUIRED]</w:t>
      </w:r>
    </w:p>
    <w:p w14:paraId="6B1609EF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photographs</w:t>
      </w:r>
      <w:r>
        <w:rPr>
          <w:b/>
        </w:rPr>
        <w:t xml:space="preserve">  [REQUIRED]</w:t>
      </w:r>
    </w:p>
    <w:p w14:paraId="4787FDF9" w14:textId="77777777" w:rsidR="00BB3A62" w:rsidRDefault="00000000">
      <w:pPr>
        <w:spacing w:after="40"/>
      </w:pPr>
      <w:r>
        <w:rPr>
          <w:b/>
        </w:rPr>
        <w:t xml:space="preserve">☐ </w:t>
      </w:r>
      <w:r>
        <w:t>Team / leadership photographs, if to be published</w:t>
      </w:r>
      <w:r>
        <w:rPr>
          <w:b/>
        </w:rPr>
        <w:t xml:space="preserve">  [REQUIRED]</w:t>
      </w:r>
    </w:p>
    <w:p w14:paraId="472725E1" w14:textId="77777777" w:rsidR="00BB3A62" w:rsidRDefault="00000000">
      <w:pPr>
        <w:spacing w:after="40"/>
      </w:pPr>
      <w:r>
        <w:rPr>
          <w:b/>
        </w:rPr>
        <w:t xml:space="preserve">☐ </w:t>
      </w:r>
      <w:r>
        <w:t>Videos / factory walkthroughs / product videos</w:t>
      </w:r>
      <w:r>
        <w:rPr>
          <w:b/>
        </w:rPr>
        <w:t xml:space="preserve">  [REQUIRED]</w:t>
      </w:r>
    </w:p>
    <w:p w14:paraId="43E4FC35" w14:textId="77777777" w:rsidR="00BB3A62" w:rsidRDefault="00000000">
      <w:pPr>
        <w:spacing w:after="40"/>
      </w:pPr>
      <w:r>
        <w:rPr>
          <w:b/>
        </w:rPr>
        <w:t xml:space="preserve">☐ </w:t>
      </w:r>
      <w:r>
        <w:t>Any existing website content that should be retained, rewritten or removed</w:t>
      </w:r>
      <w:r>
        <w:rPr>
          <w:b/>
        </w:rPr>
        <w:t xml:space="preserve">  [REQUIRED]</w:t>
      </w:r>
    </w:p>
    <w:p w14:paraId="42AC646E" w14:textId="77777777" w:rsidR="00BB3A62" w:rsidRDefault="00000000">
      <w:pPr>
        <w:pStyle w:val="Heading1"/>
      </w:pPr>
      <w:r>
        <w:lastRenderedPageBreak/>
        <w:t>6. Website Functionality &amp; Enquiry Requirements</w:t>
      </w:r>
    </w:p>
    <w:p w14:paraId="295384F4" w14:textId="77777777" w:rsidR="00BB3A62" w:rsidRDefault="00000000">
      <w:pPr>
        <w:spacing w:after="40"/>
      </w:pPr>
      <w:r>
        <w:rPr>
          <w:b/>
        </w:rPr>
        <w:t xml:space="preserve">☐ </w:t>
      </w:r>
      <w:r>
        <w:t>Required enquiry form fields</w:t>
      </w:r>
    </w:p>
    <w:p w14:paraId="04206095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Preferred enquiry qualification fields</w:t>
      </w:r>
    </w:p>
    <w:p w14:paraId="6925E2BB" w14:textId="77777777" w:rsidR="00BB3A62" w:rsidRDefault="00000000">
      <w:pPr>
        <w:spacing w:after="40"/>
      </w:pPr>
      <w:r>
        <w:rPr>
          <w:b/>
        </w:rPr>
        <w:t xml:space="preserve">☐ </w:t>
      </w:r>
      <w:r>
        <w:t>Brochure / catalogue download requirements</w:t>
      </w:r>
    </w:p>
    <w:p w14:paraId="6D781F62" w14:textId="77777777" w:rsidR="00BB3A62" w:rsidRDefault="00000000">
      <w:pPr>
        <w:spacing w:after="40"/>
      </w:pPr>
      <w:r>
        <w:rPr>
          <w:b/>
        </w:rPr>
        <w:t xml:space="preserve">☐ </w:t>
      </w:r>
      <w:r>
        <w:t>Any special enquiry or quotation workflow</w:t>
      </w:r>
    </w:p>
    <w:p w14:paraId="3458F1AE" w14:textId="77777777" w:rsidR="00BB3A62" w:rsidRDefault="00000000">
      <w:pPr>
        <w:spacing w:after="40"/>
      </w:pPr>
      <w:r>
        <w:rPr>
          <w:b/>
        </w:rPr>
        <w:t xml:space="preserve">☐ </w:t>
      </w:r>
      <w:r>
        <w:t>Careers enquiry/application workflow</w:t>
      </w:r>
    </w:p>
    <w:p w14:paraId="527F1241" w14:textId="77777777" w:rsidR="00BB3A62" w:rsidRDefault="00000000">
      <w:pPr>
        <w:pStyle w:val="Heading1"/>
      </w:pPr>
      <w:r>
        <w:t>7. SEO – Initial Information</w:t>
      </w:r>
    </w:p>
    <w:p w14:paraId="53F6CC57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Priority products and product categories</w:t>
      </w:r>
    </w:p>
    <w:p w14:paraId="3E0A1A1F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Priority countries / locations for organic visibility</w:t>
      </w:r>
    </w:p>
    <w:p w14:paraId="2498DC0C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Priority industries / customer segments</w:t>
      </w:r>
    </w:p>
    <w:p w14:paraId="173E8876" w14:textId="77777777" w:rsidR="00BB3A62" w:rsidRDefault="00000000">
      <w:pPr>
        <w:spacing w:after="40"/>
      </w:pPr>
      <w:r>
        <w:rPr>
          <w:b/>
        </w:rPr>
        <w:t xml:space="preserve">☐ </w:t>
      </w:r>
      <w:r>
        <w:t>Known high-value keywords</w:t>
      </w:r>
    </w:p>
    <w:p w14:paraId="5505D103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Competitor websites / competitor names</w:t>
      </w:r>
    </w:p>
    <w:p w14:paraId="5B303821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Google Search Console access</w:t>
      </w:r>
    </w:p>
    <w:p w14:paraId="63E6343C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Google Analytics access</w:t>
      </w:r>
    </w:p>
    <w:p w14:paraId="116ED15E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Google Business Profile details, if applicable</w:t>
      </w:r>
    </w:p>
    <w:p w14:paraId="6362C861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Previous SEO reports / keyword reports, if available</w:t>
      </w:r>
    </w:p>
    <w:p w14:paraId="5FAE2B25" w14:textId="77777777" w:rsidR="00BB3A62" w:rsidRDefault="00000000">
      <w:pPr>
        <w:spacing w:after="40"/>
      </w:pPr>
      <w:r>
        <w:rPr>
          <w:b/>
        </w:rPr>
        <w:t xml:space="preserve">☐ </w:t>
      </w:r>
      <w:r>
        <w:t>Any existing SEO agency reports or keyword lists</w:t>
      </w:r>
    </w:p>
    <w:p w14:paraId="37BA1896" w14:textId="77777777" w:rsidR="00BB3A62" w:rsidRDefault="00000000">
      <w:pPr>
        <w:pStyle w:val="Heading1"/>
      </w:pPr>
      <w:r>
        <w:t>8. Social Media Management – Brand &amp; Content Inputs</w:t>
      </w:r>
    </w:p>
    <w:p w14:paraId="794E0CC7" w14:textId="77777777" w:rsidR="00BB3A62" w:rsidRDefault="00000000">
      <w:r>
        <w:t>Platforms covered under the agreement: LinkedIn, Instagram and Facebook.</w:t>
      </w:r>
    </w:p>
    <w:p w14:paraId="424D29C6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social media profile URLs for both brands</w:t>
      </w:r>
    </w:p>
    <w:p w14:paraId="254877F5" w14:textId="77777777" w:rsidR="00BB3A62" w:rsidRDefault="00000000">
      <w:pPr>
        <w:spacing w:after="40"/>
      </w:pPr>
      <w:r>
        <w:rPr>
          <w:b/>
        </w:rPr>
        <w:t xml:space="preserve">☐ </w:t>
      </w:r>
      <w:r>
        <w:t>Social media admin/access credentials or appropriate business access</w:t>
      </w:r>
    </w:p>
    <w:p w14:paraId="682EC27A" w14:textId="77777777" w:rsidR="00BB3A62" w:rsidRDefault="00000000">
      <w:pPr>
        <w:spacing w:after="40"/>
      </w:pPr>
      <w:r>
        <w:rPr>
          <w:b/>
        </w:rPr>
        <w:t xml:space="preserve">☐ </w:t>
      </w:r>
      <w:r>
        <w:t>Meta Business Manager / Business Portfolio access</w:t>
      </w:r>
    </w:p>
    <w:p w14:paraId="64E79F4E" w14:textId="77777777" w:rsidR="00BB3A62" w:rsidRDefault="00000000">
      <w:pPr>
        <w:spacing w:after="40"/>
      </w:pPr>
      <w:r>
        <w:rPr>
          <w:b/>
        </w:rPr>
        <w:t xml:space="preserve">☐ </w:t>
      </w:r>
      <w:r>
        <w:t>LinkedIn Company Page admin access</w:t>
      </w:r>
    </w:p>
    <w:p w14:paraId="24D75D23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social media performance insights/reports</w:t>
      </w:r>
    </w:p>
    <w:p w14:paraId="751CCD78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Previous monthly content calendars, if any</w:t>
      </w:r>
    </w:p>
    <w:p w14:paraId="6D0378EA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social media creatives / templates</w:t>
      </w:r>
    </w:p>
    <w:p w14:paraId="05120CD7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launches / new product announcements</w:t>
      </w:r>
    </w:p>
    <w:p w14:paraId="208344A9" w14:textId="77777777" w:rsidR="00BB3A62" w:rsidRDefault="00000000">
      <w:pPr>
        <w:spacing w:after="40"/>
      </w:pPr>
      <w:r>
        <w:rPr>
          <w:b/>
        </w:rPr>
        <w:t xml:space="preserve">☐ </w:t>
      </w:r>
      <w:r>
        <w:t>Trade shows / exhibitions / conferences</w:t>
      </w:r>
    </w:p>
    <w:p w14:paraId="66EDD5D8" w14:textId="77777777" w:rsidR="00BB3A62" w:rsidRDefault="00000000">
      <w:pPr>
        <w:spacing w:after="40"/>
      </w:pPr>
      <w:r>
        <w:rPr>
          <w:b/>
        </w:rPr>
        <w:t xml:space="preserve">☐ </w:t>
      </w:r>
      <w:r>
        <w:t>Awards / certifications / achievements</w:t>
      </w:r>
    </w:p>
    <w:p w14:paraId="03D8D19B" w14:textId="77777777" w:rsidR="00BB3A62" w:rsidRDefault="00000000">
      <w:pPr>
        <w:spacing w:after="40"/>
      </w:pPr>
      <w:r>
        <w:rPr>
          <w:b/>
        </w:rPr>
        <w:t xml:space="preserve">☐ </w:t>
      </w:r>
      <w:r>
        <w:t>Employee / team achievements worth featuring</w:t>
      </w:r>
    </w:p>
    <w:p w14:paraId="2FEDE2F4" w14:textId="77777777" w:rsidR="00BB3A62" w:rsidRDefault="00000000">
      <w:pPr>
        <w:spacing w:after="40"/>
      </w:pPr>
      <w:r>
        <w:rPr>
          <w:b/>
        </w:rPr>
        <w:t xml:space="preserve">☐ </w:t>
      </w:r>
      <w:r>
        <w:t>Factory / manufacturing updates</w:t>
      </w:r>
    </w:p>
    <w:p w14:paraId="54287498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Export / international business updates</w:t>
      </w:r>
    </w:p>
    <w:p w14:paraId="2F0DCFC6" w14:textId="77777777" w:rsidR="00BB3A62" w:rsidRDefault="00000000">
      <w:pPr>
        <w:spacing w:after="40"/>
      </w:pPr>
      <w:r>
        <w:rPr>
          <w:b/>
        </w:rPr>
        <w:t xml:space="preserve">☐ </w:t>
      </w:r>
      <w:r>
        <w:t>Customer or partner announcements approved for publication</w:t>
      </w:r>
    </w:p>
    <w:p w14:paraId="5CA67F04" w14:textId="77777777" w:rsidR="00BB3A62" w:rsidRDefault="00000000">
      <w:pPr>
        <w:pStyle w:val="Heading1"/>
      </w:pPr>
      <w:r>
        <w:t>9. Monthly Content Creation Inputs</w:t>
      </w:r>
    </w:p>
    <w:p w14:paraId="5A1386B6" w14:textId="77777777" w:rsidR="00BB3A62" w:rsidRDefault="00000000">
      <w:pPr>
        <w:spacing w:after="40"/>
      </w:pPr>
      <w:r>
        <w:rPr>
          <w:b/>
        </w:rPr>
        <w:t xml:space="preserve">☐ </w:t>
      </w:r>
      <w:r>
        <w:t>Monthly priority products / categories</w:t>
      </w:r>
    </w:p>
    <w:p w14:paraId="3A23C7AA" w14:textId="77777777" w:rsidR="00BB3A62" w:rsidRDefault="00000000">
      <w:pPr>
        <w:spacing w:after="40"/>
      </w:pPr>
      <w:r>
        <w:rPr>
          <w:b/>
        </w:rPr>
        <w:t xml:space="preserve">☐ </w:t>
      </w:r>
      <w:r>
        <w:t>Monthly business priorities</w:t>
      </w:r>
    </w:p>
    <w:p w14:paraId="09AF8C8B" w14:textId="77777777" w:rsidR="00BB3A62" w:rsidRDefault="00000000">
      <w:pPr>
        <w:spacing w:after="40"/>
      </w:pPr>
      <w:r>
        <w:rPr>
          <w:b/>
        </w:rPr>
        <w:t xml:space="preserve">☐ </w:t>
      </w:r>
      <w:r>
        <w:t>Monthly promotional / awareness objectives</w:t>
      </w:r>
    </w:p>
    <w:p w14:paraId="2EAF646C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technical information for educational posts</w:t>
      </w:r>
    </w:p>
    <w:p w14:paraId="19AC585B" w14:textId="77777777" w:rsidR="00BB3A62" w:rsidRDefault="00000000">
      <w:pPr>
        <w:spacing w:after="40"/>
      </w:pPr>
      <w:r>
        <w:rPr>
          <w:b/>
        </w:rPr>
        <w:t xml:space="preserve">☐ </w:t>
      </w:r>
      <w:r>
        <w:t>Approved product images / factory images / team images</w:t>
      </w:r>
    </w:p>
    <w:p w14:paraId="03C65BBA" w14:textId="77777777" w:rsidR="00BB3A62" w:rsidRDefault="00000000">
      <w:pPr>
        <w:spacing w:after="40"/>
      </w:pPr>
      <w:r>
        <w:rPr>
          <w:b/>
        </w:rPr>
        <w:lastRenderedPageBreak/>
        <w:t xml:space="preserve">☐ </w:t>
      </w:r>
      <w:r>
        <w:t>Upcoming events, exhibitions and important dates</w:t>
      </w:r>
    </w:p>
    <w:p w14:paraId="6BB998AD" w14:textId="77777777" w:rsidR="00BB3A62" w:rsidRDefault="00000000">
      <w:pPr>
        <w:spacing w:after="40"/>
      </w:pPr>
      <w:r>
        <w:rPr>
          <w:b/>
        </w:rPr>
        <w:t xml:space="preserve">☐ </w:t>
      </w:r>
      <w:r>
        <w:t>Industry news or developments the client wants to highlight</w:t>
      </w:r>
    </w:p>
    <w:p w14:paraId="4A232832" w14:textId="77777777" w:rsidR="00BB3A62" w:rsidRDefault="00000000">
      <w:pPr>
        <w:spacing w:after="40"/>
      </w:pPr>
      <w:r>
        <w:rPr>
          <w:b/>
        </w:rPr>
        <w:t xml:space="preserve">☐ </w:t>
      </w:r>
      <w:r>
        <w:t>Recruitment requirements</w:t>
      </w:r>
    </w:p>
    <w:p w14:paraId="41C9F00A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Export-market focus for the month</w:t>
      </w:r>
    </w:p>
    <w:p w14:paraId="7B0A7C5B" w14:textId="77777777" w:rsidR="00BB3A62" w:rsidRDefault="00000000">
      <w:pPr>
        <w:spacing w:after="40"/>
      </w:pPr>
      <w:r>
        <w:rPr>
          <w:b/>
        </w:rPr>
        <w:t xml:space="preserve">☐ </w:t>
      </w:r>
      <w:r>
        <w:t>Any specific post topics requested by management</w:t>
      </w:r>
    </w:p>
    <w:p w14:paraId="5C51AF42" w14:textId="77777777" w:rsidR="00BB3A62" w:rsidRDefault="00000000">
      <w:pPr>
        <w:spacing w:after="40"/>
      </w:pPr>
      <w:r>
        <w:rPr>
          <w:b/>
        </w:rPr>
        <w:t xml:space="preserve">☐ </w:t>
      </w:r>
      <w:r>
        <w:t>Approver / decision-maker for monthly content</w:t>
      </w:r>
    </w:p>
    <w:p w14:paraId="44BD6F16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Expected turnaround time for approvals</w:t>
      </w:r>
    </w:p>
    <w:p w14:paraId="77B73AB8" w14:textId="3032E011" w:rsidR="00BB3A62" w:rsidRDefault="00000000">
      <w:pPr>
        <w:pStyle w:val="Heading1"/>
      </w:pPr>
      <w:r>
        <w:t>1</w:t>
      </w:r>
      <w:r w:rsidR="00A4215F">
        <w:t>0</w:t>
      </w:r>
      <w:r>
        <w:t>. Analytics, Tracking &amp; Technical Access</w:t>
      </w:r>
    </w:p>
    <w:p w14:paraId="4B548A12" w14:textId="77777777" w:rsidR="00BB3A62" w:rsidRDefault="00000000">
      <w:pPr>
        <w:spacing w:after="40"/>
      </w:pPr>
      <w:r>
        <w:rPr>
          <w:b/>
        </w:rPr>
        <w:t xml:space="preserve">☐ </w:t>
      </w:r>
      <w:r>
        <w:t>Google Analytics 4 access</w:t>
      </w:r>
    </w:p>
    <w:p w14:paraId="0541BDAB" w14:textId="77777777" w:rsidR="00BB3A62" w:rsidRDefault="00000000">
      <w:pPr>
        <w:spacing w:after="40"/>
      </w:pPr>
      <w:r>
        <w:rPr>
          <w:b/>
        </w:rPr>
        <w:t xml:space="preserve">☐ </w:t>
      </w:r>
      <w:r>
        <w:t>Google Tag Manager access</w:t>
      </w:r>
    </w:p>
    <w:p w14:paraId="4615F687" w14:textId="77777777" w:rsidR="00BB3A62" w:rsidRDefault="00000000">
      <w:pPr>
        <w:spacing w:after="40"/>
      </w:pPr>
      <w:r>
        <w:rPr>
          <w:b/>
        </w:rPr>
        <w:t xml:space="preserve">☐ </w:t>
      </w:r>
      <w:r>
        <w:t>Google Search Console access</w:t>
      </w:r>
    </w:p>
    <w:p w14:paraId="539F75BA" w14:textId="77777777" w:rsidR="00BB3A62" w:rsidRDefault="00000000">
      <w:pPr>
        <w:spacing w:after="40"/>
      </w:pPr>
      <w:r>
        <w:rPr>
          <w:b/>
        </w:rPr>
        <w:t xml:space="preserve">☐ </w:t>
      </w:r>
      <w:r>
        <w:t>Microsoft Clarity access, if already created</w:t>
      </w:r>
    </w:p>
    <w:p w14:paraId="277454DC" w14:textId="77777777" w:rsidR="00BB3A62" w:rsidRDefault="00000000">
      <w:pPr>
        <w:spacing w:after="40"/>
      </w:pPr>
      <w:r>
        <w:rPr>
          <w:b/>
        </w:rPr>
        <w:t xml:space="preserve">☐ </w:t>
      </w:r>
      <w:r>
        <w:t>Google Ads account access</w:t>
      </w:r>
    </w:p>
    <w:p w14:paraId="34E8522A" w14:textId="77777777" w:rsidR="00BB3A62" w:rsidRDefault="00000000">
      <w:pPr>
        <w:spacing w:after="40"/>
      </w:pPr>
      <w:r>
        <w:rPr>
          <w:b/>
        </w:rPr>
        <w:t xml:space="preserve">☐ </w:t>
      </w:r>
      <w:r>
        <w:t>Meta Business Manager / Ads account access</w:t>
      </w:r>
    </w:p>
    <w:p w14:paraId="4FA4F1B8" w14:textId="77777777" w:rsidR="00BB3A62" w:rsidRDefault="00000000">
      <w:pPr>
        <w:spacing w:after="40"/>
      </w:pPr>
      <w:r>
        <w:rPr>
          <w:b/>
        </w:rPr>
        <w:t xml:space="preserve">☐ </w:t>
      </w:r>
      <w:r>
        <w:t>LinkedIn Business / Campaign Manager access, if applicable</w:t>
      </w:r>
    </w:p>
    <w:p w14:paraId="05D9FF3B" w14:textId="77777777" w:rsidR="00BB3A62" w:rsidRDefault="00000000">
      <w:pPr>
        <w:spacing w:after="40"/>
      </w:pPr>
      <w:r>
        <w:rPr>
          <w:b/>
        </w:rPr>
        <w:t xml:space="preserve">☐ </w:t>
      </w:r>
      <w:r>
        <w:t>YouTube channel access, if applicable</w:t>
      </w:r>
    </w:p>
    <w:p w14:paraId="172136AE" w14:textId="77777777" w:rsidR="00BB3A62" w:rsidRDefault="00000000">
      <w:pPr>
        <w:spacing w:after="40"/>
      </w:pPr>
      <w:r>
        <w:rPr>
          <w:b/>
        </w:rPr>
        <w:t xml:space="preserve">☐ </w:t>
      </w:r>
      <w:r>
        <w:t>CRM access / integration details, where applicable</w:t>
      </w:r>
    </w:p>
    <w:p w14:paraId="703B662F" w14:textId="77777777" w:rsidR="00BB3A62" w:rsidRDefault="00000000">
      <w:pPr>
        <w:spacing w:after="40"/>
      </w:pPr>
      <w:r>
        <w:rPr>
          <w:b/>
        </w:rPr>
        <w:t xml:space="preserve">☐ </w:t>
      </w:r>
      <w:r>
        <w:t>Website hosting access, where required</w:t>
      </w:r>
    </w:p>
    <w:p w14:paraId="31CC0306" w14:textId="77777777" w:rsidR="00BB3A62" w:rsidRDefault="00000000">
      <w:pPr>
        <w:spacing w:after="40"/>
      </w:pPr>
      <w:r>
        <w:rPr>
          <w:b/>
        </w:rPr>
        <w:t xml:space="preserve">☐ </w:t>
      </w:r>
      <w:r>
        <w:t>Domain/DNS access, where required</w:t>
      </w:r>
    </w:p>
    <w:p w14:paraId="7571F9B2" w14:textId="4096F390" w:rsidR="00BB3A62" w:rsidRDefault="00000000">
      <w:pPr>
        <w:pStyle w:val="Heading1"/>
      </w:pPr>
      <w:r>
        <w:t>1</w:t>
      </w:r>
      <w:r w:rsidR="00A4215F">
        <w:t>1</w:t>
      </w:r>
      <w:r>
        <w:t>. Photography, Video &amp; Visual Assets</w:t>
      </w:r>
    </w:p>
    <w:p w14:paraId="3085064B" w14:textId="77777777" w:rsidR="00BB3A62" w:rsidRDefault="00000000">
      <w:pPr>
        <w:spacing w:after="40"/>
      </w:pPr>
      <w:r>
        <w:rPr>
          <w:b/>
        </w:rPr>
        <w:t xml:space="preserve">☐ </w:t>
      </w:r>
      <w:r>
        <w:t>High-resolution factory exterior photographs</w:t>
      </w:r>
    </w:p>
    <w:p w14:paraId="7A4F42FC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Production floor photographs</w:t>
      </w:r>
    </w:p>
    <w:p w14:paraId="4DC9B249" w14:textId="77777777" w:rsidR="00BB3A62" w:rsidRDefault="00000000">
      <w:pPr>
        <w:spacing w:after="40"/>
      </w:pPr>
      <w:r>
        <w:rPr>
          <w:b/>
        </w:rPr>
        <w:t xml:space="preserve">☐ </w:t>
      </w:r>
      <w:r>
        <w:t>Machinery / equipment photographs</w:t>
      </w:r>
    </w:p>
    <w:p w14:paraId="4DC9745C" w14:textId="77777777" w:rsidR="00BB3A62" w:rsidRDefault="00000000">
      <w:pPr>
        <w:spacing w:after="40"/>
      </w:pPr>
      <w:r>
        <w:rPr>
          <w:b/>
        </w:rPr>
        <w:t xml:space="preserve">☐ </w:t>
      </w:r>
      <w:r>
        <w:t>Laboratory / QC photographs</w:t>
      </w:r>
    </w:p>
    <w:p w14:paraId="4481BF18" w14:textId="77777777" w:rsidR="00BB3A62" w:rsidRDefault="00000000">
      <w:pPr>
        <w:spacing w:after="40"/>
      </w:pPr>
      <w:r>
        <w:rPr>
          <w:b/>
        </w:rPr>
        <w:t xml:space="preserve">☐ </w:t>
      </w:r>
      <w:r>
        <w:t>Warehouse / packaging photographs</w:t>
      </w:r>
    </w:p>
    <w:p w14:paraId="408CD51C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photographs</w:t>
      </w:r>
    </w:p>
    <w:p w14:paraId="75D86165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packaging photographs</w:t>
      </w:r>
    </w:p>
    <w:p w14:paraId="091D51D0" w14:textId="77777777" w:rsidR="00BB3A62" w:rsidRDefault="00000000">
      <w:pPr>
        <w:spacing w:after="40"/>
      </w:pPr>
      <w:r>
        <w:rPr>
          <w:b/>
        </w:rPr>
        <w:t xml:space="preserve">☐ </w:t>
      </w:r>
      <w:r>
        <w:t>Leadership / management photographs</w:t>
      </w:r>
    </w:p>
    <w:p w14:paraId="44D83E40" w14:textId="77777777" w:rsidR="00BB3A62" w:rsidRDefault="00000000">
      <w:pPr>
        <w:spacing w:after="40"/>
      </w:pPr>
      <w:r>
        <w:rPr>
          <w:b/>
        </w:rPr>
        <w:t xml:space="preserve">☐ </w:t>
      </w:r>
      <w:r>
        <w:t>Team photographs</w:t>
      </w:r>
    </w:p>
    <w:p w14:paraId="36D9051A" w14:textId="77777777" w:rsidR="00BB3A62" w:rsidRDefault="00000000">
      <w:pPr>
        <w:spacing w:after="40"/>
      </w:pPr>
      <w:r>
        <w:rPr>
          <w:b/>
        </w:rPr>
        <w:t xml:space="preserve">☐ </w:t>
      </w:r>
      <w:r>
        <w:t>Office photographs</w:t>
      </w:r>
    </w:p>
    <w:p w14:paraId="3EA586D8" w14:textId="77777777" w:rsidR="00BB3A62" w:rsidRDefault="00000000">
      <w:pPr>
        <w:spacing w:after="40"/>
      </w:pPr>
      <w:r>
        <w:rPr>
          <w:b/>
        </w:rPr>
        <w:t xml:space="preserve">☐ </w:t>
      </w:r>
      <w:r>
        <w:t>Factory walkthrough videos</w:t>
      </w:r>
    </w:p>
    <w:p w14:paraId="6F32E27C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/ manufacturing process videos</w:t>
      </w:r>
    </w:p>
    <w:p w14:paraId="0E279CF8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corporate videos</w:t>
      </w:r>
    </w:p>
    <w:p w14:paraId="20BD9B8E" w14:textId="77777777" w:rsidR="00BB3A62" w:rsidRDefault="00000000">
      <w:pPr>
        <w:spacing w:after="40"/>
      </w:pPr>
      <w:r>
        <w:rPr>
          <w:b/>
        </w:rPr>
        <w:t xml:space="preserve">☐ </w:t>
      </w:r>
      <w:r>
        <w:t>Drone footage, if available</w:t>
      </w:r>
    </w:p>
    <w:p w14:paraId="5927A044" w14:textId="09F3B267" w:rsidR="00BB3A62" w:rsidRDefault="00000000">
      <w:pPr>
        <w:pStyle w:val="Heading1"/>
      </w:pPr>
      <w:r>
        <w:t>1</w:t>
      </w:r>
      <w:r w:rsidR="00A4215F">
        <w:t>2</w:t>
      </w:r>
      <w:r>
        <w:t>. Competitor &amp; Market Information</w:t>
      </w:r>
    </w:p>
    <w:p w14:paraId="603C2C1D" w14:textId="77777777" w:rsidR="00BB3A62" w:rsidRDefault="00000000">
      <w:pPr>
        <w:spacing w:after="40"/>
      </w:pPr>
      <w:r>
        <w:rPr>
          <w:b/>
        </w:rPr>
        <w:t xml:space="preserve">☐ </w:t>
      </w:r>
      <w:r>
        <w:t>Top 5–10 direct competitors</w:t>
      </w:r>
    </w:p>
    <w:p w14:paraId="7F754573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Competitor websites</w:t>
      </w:r>
    </w:p>
    <w:p w14:paraId="50F642B7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Competitor social media profiles</w:t>
      </w:r>
    </w:p>
    <w:p w14:paraId="126A3CBA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Competitor products/categories to benchmark</w:t>
      </w:r>
    </w:p>
    <w:p w14:paraId="10A861AC" w14:textId="77777777" w:rsidR="00BB3A62" w:rsidRDefault="00000000">
      <w:pPr>
        <w:spacing w:after="40"/>
      </w:pPr>
      <w:r>
        <w:rPr>
          <w:b/>
        </w:rPr>
        <w:t xml:space="preserve">☐ </w:t>
      </w:r>
      <w:r>
        <w:t>Key markets where competitors are strong</w:t>
      </w:r>
    </w:p>
    <w:p w14:paraId="26B7BC82" w14:textId="77777777" w:rsidR="00BB3A62" w:rsidRDefault="00000000">
      <w:pPr>
        <w:spacing w:after="40"/>
      </w:pPr>
      <w:r>
        <w:rPr>
          <w:b/>
        </w:rPr>
        <w:lastRenderedPageBreak/>
        <w:t xml:space="preserve">☐ </w:t>
      </w:r>
      <w:r>
        <w:t>Client's perceived competitive advantages</w:t>
      </w:r>
    </w:p>
    <w:p w14:paraId="71C78377" w14:textId="77777777" w:rsidR="00BB3A62" w:rsidRDefault="00000000">
      <w:pPr>
        <w:spacing w:after="40"/>
      </w:pPr>
      <w:r>
        <w:rPr>
          <w:b/>
        </w:rPr>
        <w:t xml:space="preserve">☐ </w:t>
      </w:r>
      <w:r>
        <w:t>Client's perceived competitive gaps</w:t>
      </w:r>
    </w:p>
    <w:p w14:paraId="0E0B6DEF" w14:textId="77777777" w:rsidR="00BB3A62" w:rsidRDefault="00000000">
      <w:pPr>
        <w:spacing w:after="40"/>
      </w:pPr>
      <w:r>
        <w:rPr>
          <w:b/>
        </w:rPr>
        <w:t xml:space="preserve">☐ </w:t>
      </w:r>
      <w:r>
        <w:t>Any brands/websites whose positioning or design should be considered</w:t>
      </w:r>
    </w:p>
    <w:p w14:paraId="67852D7B" w14:textId="2868538F" w:rsidR="00BB3A62" w:rsidRDefault="00000000">
      <w:pPr>
        <w:pStyle w:val="Heading1"/>
      </w:pPr>
      <w:r>
        <w:t>1</w:t>
      </w:r>
      <w:r w:rsidR="00A4215F">
        <w:t>3</w:t>
      </w:r>
      <w:r>
        <w:t>. Approvals &amp; Working Process</w:t>
      </w:r>
    </w:p>
    <w:p w14:paraId="7B2EC8B5" w14:textId="77777777" w:rsidR="00BB3A62" w:rsidRDefault="00000000">
      <w:pPr>
        <w:spacing w:after="40"/>
      </w:pPr>
      <w:r>
        <w:rPr>
          <w:b/>
        </w:rPr>
        <w:t xml:space="preserve">☐ </w:t>
      </w:r>
      <w:r>
        <w:t>Single primary point of contact from the client side</w:t>
      </w:r>
      <w:r>
        <w:rPr>
          <w:b/>
        </w:rPr>
        <w:t xml:space="preserve">  [REQUIRED]</w:t>
      </w:r>
    </w:p>
    <w:p w14:paraId="52A3CD22" w14:textId="77777777" w:rsidR="00BB3A62" w:rsidRDefault="00000000">
      <w:pPr>
        <w:spacing w:after="40"/>
      </w:pPr>
      <w:r>
        <w:rPr>
          <w:b/>
        </w:rPr>
        <w:t xml:space="preserve">☐ </w:t>
      </w:r>
      <w:r>
        <w:t xml:space="preserve">Marketing contact for content </w:t>
      </w:r>
      <w:proofErr w:type="gramStart"/>
      <w:r>
        <w:t>approvals</w:t>
      </w:r>
      <w:r>
        <w:rPr>
          <w:b/>
        </w:rPr>
        <w:t xml:space="preserve">  [</w:t>
      </w:r>
      <w:proofErr w:type="gramEnd"/>
      <w:r>
        <w:rPr>
          <w:b/>
        </w:rPr>
        <w:t>REQUIRED]</w:t>
      </w:r>
    </w:p>
    <w:p w14:paraId="6170E654" w14:textId="77777777" w:rsidR="00BB3A62" w:rsidRDefault="00000000">
      <w:pPr>
        <w:spacing w:after="40"/>
      </w:pPr>
      <w:r>
        <w:rPr>
          <w:b/>
        </w:rPr>
        <w:t xml:space="preserve">☐ </w:t>
      </w:r>
      <w:r>
        <w:t xml:space="preserve">Preferred communication </w:t>
      </w:r>
      <w:proofErr w:type="gramStart"/>
      <w:r>
        <w:t>channel</w:t>
      </w:r>
      <w:r>
        <w:rPr>
          <w:b/>
        </w:rPr>
        <w:t xml:space="preserve">  [</w:t>
      </w:r>
      <w:proofErr w:type="gramEnd"/>
      <w:r>
        <w:rPr>
          <w:b/>
        </w:rPr>
        <w:t>REQUIRED]</w:t>
      </w:r>
    </w:p>
    <w:p w14:paraId="434116A2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Preferred meeting day/time for monthly strategy meeting</w:t>
      </w:r>
      <w:r>
        <w:rPr>
          <w:b/>
        </w:rPr>
        <w:t xml:space="preserve">  [REQUIRED]</w:t>
      </w:r>
    </w:p>
    <w:p w14:paraId="1576B0AA" w14:textId="3030FFFB" w:rsidR="00BB3A62" w:rsidRDefault="00000000">
      <w:pPr>
        <w:pStyle w:val="Heading1"/>
      </w:pPr>
      <w:r>
        <w:t>1</w:t>
      </w:r>
      <w:r w:rsidR="00A4215F">
        <w:t>4</w:t>
      </w:r>
      <w:r>
        <w:t>. Priority: What We Need First to Start</w:t>
      </w:r>
    </w:p>
    <w:p w14:paraId="05641A77" w14:textId="77777777" w:rsidR="00BB3A62" w:rsidRDefault="00000000">
      <w:r>
        <w:t>To begin website planning, content strategy and initial social media work, please prioritise these items:</w:t>
      </w:r>
    </w:p>
    <w:p w14:paraId="6C57FD40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Company profile / presentation for Akshar Molecules Group</w:t>
      </w:r>
      <w:r>
        <w:rPr>
          <w:b/>
        </w:rPr>
        <w:t xml:space="preserve">  [REQUIRED]</w:t>
      </w:r>
    </w:p>
    <w:p w14:paraId="069B7F08" w14:textId="77777777" w:rsidR="00BB3A62" w:rsidRDefault="00000000">
      <w:pPr>
        <w:spacing w:after="40"/>
      </w:pPr>
      <w:r>
        <w:rPr>
          <w:b/>
        </w:rPr>
        <w:t xml:space="preserve">☐ </w:t>
      </w:r>
      <w:r>
        <w:t>Separate brand information for Akshar Molecules and Ritual Drugs</w:t>
      </w:r>
      <w:r>
        <w:rPr>
          <w:b/>
        </w:rPr>
        <w:t xml:space="preserve">  [REQUIRED]</w:t>
      </w:r>
    </w:p>
    <w:p w14:paraId="16651646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Complete product catalogue / product master list</w:t>
      </w:r>
      <w:r>
        <w:rPr>
          <w:b/>
        </w:rPr>
        <w:t xml:space="preserve">  [REQUIRED]</w:t>
      </w:r>
    </w:p>
    <w:p w14:paraId="3F143008" w14:textId="77777777" w:rsidR="00BB3A62" w:rsidRDefault="00000000">
      <w:pPr>
        <w:spacing w:after="40"/>
      </w:pPr>
      <w:r>
        <w:rPr>
          <w:b/>
        </w:rPr>
        <w:t xml:space="preserve">☐ </w:t>
      </w:r>
      <w:r>
        <w:t>Product specifications and approved descriptions</w:t>
      </w:r>
      <w:r>
        <w:rPr>
          <w:b/>
        </w:rPr>
        <w:t xml:space="preserve">  [REQUIRED]</w:t>
      </w:r>
    </w:p>
    <w:p w14:paraId="04836A04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Company and product certifications</w:t>
      </w:r>
      <w:r>
        <w:rPr>
          <w:b/>
        </w:rPr>
        <w:t xml:space="preserve">  [REQUIRED]</w:t>
      </w:r>
    </w:p>
    <w:p w14:paraId="4086DD64" w14:textId="77777777" w:rsidR="00BB3A62" w:rsidRDefault="00000000">
      <w:pPr>
        <w:spacing w:after="40"/>
      </w:pPr>
      <w:r>
        <w:rPr>
          <w:b/>
        </w:rPr>
        <w:t xml:space="preserve">☐ </w:t>
      </w:r>
      <w:r>
        <w:t>Logos and brand assets for both brands</w:t>
      </w:r>
      <w:r>
        <w:rPr>
          <w:b/>
        </w:rPr>
        <w:t xml:space="preserve">  [REQUIRED]</w:t>
      </w:r>
    </w:p>
    <w:p w14:paraId="10E8192D" w14:textId="77777777" w:rsidR="00BB3A62" w:rsidRDefault="00000000">
      <w:pPr>
        <w:spacing w:after="40"/>
      </w:pPr>
      <w:r>
        <w:rPr>
          <w:b/>
        </w:rPr>
        <w:t xml:space="preserve">☐ </w:t>
      </w:r>
      <w:r>
        <w:t>Factory/product/team photographs and existing videos</w:t>
      </w:r>
      <w:r>
        <w:rPr>
          <w:b/>
        </w:rPr>
        <w:t xml:space="preserve">  [REQUIRED]</w:t>
      </w:r>
    </w:p>
    <w:p w14:paraId="331A90A4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Company profile, manufacturing capabilities and USP information</w:t>
      </w:r>
      <w:r>
        <w:rPr>
          <w:b/>
        </w:rPr>
        <w:t xml:space="preserve">  [REQUIRED]</w:t>
      </w:r>
    </w:p>
    <w:p w14:paraId="1D2BAD63" w14:textId="77777777" w:rsidR="00BB3A62" w:rsidRDefault="00000000">
      <w:pPr>
        <w:spacing w:after="40"/>
      </w:pPr>
      <w:r>
        <w:rPr>
          <w:b/>
        </w:rPr>
        <w:t xml:space="preserve">☐ </w:t>
      </w:r>
      <w:r>
        <w:t>Target markets / export countries / industries served</w:t>
      </w:r>
      <w:r>
        <w:rPr>
          <w:b/>
        </w:rPr>
        <w:t xml:space="preserve">  [REQUIRED]</w:t>
      </w:r>
    </w:p>
    <w:p w14:paraId="2FA75F38" w14:textId="77777777" w:rsidR="00BB3A62" w:rsidRDefault="00000000">
      <w:pPr>
        <w:spacing w:after="40"/>
      </w:pPr>
      <w:r>
        <w:rPr>
          <w:b/>
        </w:rPr>
        <w:t xml:space="preserve">☐ </w:t>
      </w:r>
      <w:r>
        <w:t>Competitor list and competitor websites</w:t>
      </w:r>
      <w:r>
        <w:rPr>
          <w:b/>
        </w:rPr>
        <w:t xml:space="preserve">  [REQUIRED]</w:t>
      </w:r>
    </w:p>
    <w:p w14:paraId="42FCC049" w14:textId="77777777" w:rsidR="00BB3A62" w:rsidRDefault="00000000">
      <w:pPr>
        <w:spacing w:after="40"/>
      </w:pPr>
      <w:r>
        <w:rPr>
          <w:b/>
        </w:rPr>
        <w:t xml:space="preserve">☐ </w:t>
      </w:r>
      <w:r>
        <w:t>Existing website/social media URLs</w:t>
      </w:r>
      <w:r>
        <w:rPr>
          <w:b/>
        </w:rPr>
        <w:t xml:space="preserve">  [REQUIRED]</w:t>
      </w:r>
    </w:p>
    <w:p w14:paraId="75697B4C" w14:textId="77777777" w:rsidR="00BB3A62" w:rsidRDefault="00000000">
      <w:pPr>
        <w:spacing w:after="40"/>
      </w:pPr>
      <w:r>
        <w:rPr>
          <w:b/>
        </w:rPr>
        <w:t xml:space="preserve">☐ </w:t>
      </w:r>
      <w:r>
        <w:t>Website/domain/technical access as applicable</w:t>
      </w:r>
      <w:r>
        <w:rPr>
          <w:b/>
        </w:rPr>
        <w:t xml:space="preserve">  [REQUIRED]</w:t>
      </w:r>
    </w:p>
    <w:p w14:paraId="6AABF716" w14:textId="77777777" w:rsidR="00BB3A62" w:rsidRDefault="00000000">
      <w:pPr>
        <w:spacing w:after="40"/>
      </w:pPr>
      <w:r>
        <w:rPr>
          <w:b/>
        </w:rPr>
        <w:t xml:space="preserve">☐ </w:t>
      </w:r>
      <w:r>
        <w:t>Social media admin access</w:t>
      </w:r>
      <w:r>
        <w:rPr>
          <w:b/>
        </w:rPr>
        <w:t xml:space="preserve">  [REQUIRED]</w:t>
      </w:r>
    </w:p>
    <w:p w14:paraId="6232F728" w14:textId="77777777" w:rsidR="00BB3A62" w:rsidRDefault="00000000">
      <w:pPr>
        <w:spacing w:after="40"/>
      </w:pPr>
      <w:r>
        <w:rPr>
          <w:b/>
        </w:rPr>
        <w:t xml:space="preserve">☐ </w:t>
      </w:r>
      <w:r>
        <w:t>Google/Meta/LinkedIn advertising account access, if already available</w:t>
      </w:r>
      <w:r>
        <w:rPr>
          <w:b/>
        </w:rPr>
        <w:t xml:space="preserve">  [REQUIRED]</w:t>
      </w:r>
    </w:p>
    <w:p w14:paraId="70BDFB58" w14:textId="75B48C6C" w:rsidR="00BB3A62" w:rsidRDefault="00000000" w:rsidP="00A4215F">
      <w:pPr>
        <w:spacing w:after="40"/>
      </w:pPr>
      <w:r>
        <w:rPr>
          <w:b/>
        </w:rPr>
        <w:t xml:space="preserve">☐ </w:t>
      </w:r>
      <w:r>
        <w:t>Primary client contact + final approver details</w:t>
      </w:r>
      <w:r>
        <w:rPr>
          <w:b/>
        </w:rPr>
        <w:t xml:space="preserve">  [REQUIRED]</w:t>
      </w:r>
    </w:p>
    <w:sectPr w:rsidR="00BB3A62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3480287">
    <w:abstractNumId w:val="8"/>
  </w:num>
  <w:num w:numId="2" w16cid:durableId="1571113310">
    <w:abstractNumId w:val="6"/>
  </w:num>
  <w:num w:numId="3" w16cid:durableId="272171222">
    <w:abstractNumId w:val="5"/>
  </w:num>
  <w:num w:numId="4" w16cid:durableId="890188481">
    <w:abstractNumId w:val="4"/>
  </w:num>
  <w:num w:numId="5" w16cid:durableId="1410230325">
    <w:abstractNumId w:val="7"/>
  </w:num>
  <w:num w:numId="6" w16cid:durableId="2103253724">
    <w:abstractNumId w:val="3"/>
  </w:num>
  <w:num w:numId="7" w16cid:durableId="1508908553">
    <w:abstractNumId w:val="2"/>
  </w:num>
  <w:num w:numId="8" w16cid:durableId="1003363596">
    <w:abstractNumId w:val="1"/>
  </w:num>
  <w:num w:numId="9" w16cid:durableId="37816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39D2"/>
    <w:rsid w:val="00326F90"/>
    <w:rsid w:val="00A4215F"/>
    <w:rsid w:val="00AA1D8D"/>
    <w:rsid w:val="00B47730"/>
    <w:rsid w:val="00BB3A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5538CC"/>
  <w14:defaultImageDpi w14:val="300"/>
  <w15:docId w15:val="{684BDC16-9413-4A96-AD04-5EC6BD1F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Mayank Sharma</cp:lastModifiedBy>
  <cp:revision>2</cp:revision>
  <dcterms:created xsi:type="dcterms:W3CDTF">2013-12-23T23:15:00Z</dcterms:created>
  <dcterms:modified xsi:type="dcterms:W3CDTF">2026-08-10T12:48:00Z</dcterms:modified>
  <cp:category/>
</cp:coreProperties>
</file>